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הבעה בכתב - כתיבת מכתב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המכתב: פתיחה, גוף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כמו בנוסף ואולם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מכתב קצר וברור לחבר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שלום דני, מה שלומך?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על בית הספר החדש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הפתיחה פונה לדני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להתראות נמצא בסיכום, לא בפתיחה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הנושא של הגוף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(תחילת המכתב)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(החלק העיקרי של המכתב)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(סוף המכתב)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(מילה שמוסיפה 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פתיחה: שלום...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בגוף שלושה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סיכום: להתראות...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את השם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פתיחה עם ברכה, שלושה משפטים בגוף על נושא ברור, סיכום עם ביטוי סיום, והשם בסוף.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 - ברכה לנמען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גוף - הנושא המרכזי בשלושה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בנוסף או מילה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המכתב בטקסט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להשתמש במילות קישור כמו בנוסף ואולם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הבעה בכתב - כתיבת מכתב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איך בונים מכתב בעברית - עם פתיחה, גוף וסיכום, ונתרגל את המילים החדשות מהטקסט.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מכתב  ·  פתיחה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פותחים את המכתב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שלום דני, מה שלומך?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תודה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מה מספר הכותב בגוף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בית הספר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אוכל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המכתב בטקסט נכתב לחבר בשם דני.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הפתיחה של המכתב היא להתראות.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בגוף המכתב מספרים על בית הספר החדש.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כותב __________ לחבר.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__________: שלום דני, מה שלומך?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סוף המכתב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גוף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 שמוסיפה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החלק העיקרי של המכתב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תחילת המכתב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השם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סיכום: להתראות...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פתיחה: שלום...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בגוף שלושה משפטים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קצר לחבר או חברה בארץ שממנה הגעתם: פתיחה, שלושה משפטים בגוף, וסיכום.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כותבים בפתיחה של מכתב?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כותבים בגוף המכתב?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הבעה בכתב - כתיבת מכתב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