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הבעה בכתב - כתיבת מכתב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המכתב: פתיחה, גוף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כמו בנוסף ואולם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מכתב קצר וברור לחבר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 דני,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בית הספר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שמקבל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הפתיחה פונה לדני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להתראות נמצא בסיכום, לא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הגוף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פסקה היא קטע בתוך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מסיימים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נמען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(תחילת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(החלק העיקרי של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(סוף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שמוסיפה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שמראה הבדל)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פתיחה: שלום...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בגוף 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סיכום: להתראות...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השם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פתיחה עם ברכה, שלושה משפטים בגוף על נושא ברור, סיכום עם ביטוי סיום, והשם בסוף.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 - ברכה לנמען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- הנושא המרכזי בשלושה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בנוסף או מילה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בטקסט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במילות קישור כמו בנוסף ואולם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הבעה בכתב - כתיבת מכתב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איך בונים מכתב בעברית - עם פתיחה, גוף וסיכום, ונתרגל את המילים החדשות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פותחים את המכתב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דני, מה שלומך?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בברכה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הכותב בגוף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בית הספר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בסוף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התאריך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נמען?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שמקבל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ששולח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כשרוצים להוסיף מידע במשפט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המכתב בטקסט נכתב לחבר בשם דני.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הפתיחה של המכתב היא להתראות.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בגוף המכתב מספרים על בית הספר החדש.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פסקה פירושה סוף 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המכתב כותבים את השם.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כותב __________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__________: שלום דני, מה שלומך?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__________: להתראות, מחכה לתשובה.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בחלק ה__________ מספרים את הסיפור העיקרי של המכתב.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שמקבל את המכתב נקרא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שמוסיפה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גוף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שמראה הבדל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תחילת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סוף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העיקרי של המכתב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סיכום: להתראות...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בגוף 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פתיחה: שלום...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לחבר או חברה בארץ שממנה הגעתם: פתיחה, שלושה משפטים בגוף,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בפתיחה של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בגוף המכתב?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שמוסיפה מידע במכתב.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הבעה בכתב - כתיבת מכתב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